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78FAD" w14:textId="77777777" w:rsidR="00EE3BF1" w:rsidRPr="00EE3BF1" w:rsidRDefault="00EE3BF1" w:rsidP="00EE3BF1">
      <w:pPr>
        <w:keepNext/>
        <w:spacing w:after="0" w:line="240" w:lineRule="auto"/>
        <w:outlineLvl w:val="0"/>
        <w:rPr>
          <w:rFonts w:ascii="Times New Roman" w:hAnsi="Times New Roman"/>
          <w:b/>
          <w:bCs/>
          <w:color w:val="auto"/>
          <w:kern w:val="32"/>
          <w:sz w:val="24"/>
          <w:szCs w:val="24"/>
          <w:lang w:val="el-GR"/>
        </w:rPr>
      </w:pPr>
      <w:r w:rsidRPr="00EE3BF1">
        <w:rPr>
          <w:rFonts w:ascii="Times New Roman" w:hAnsi="Times New Roman"/>
          <w:b/>
          <w:bCs/>
          <w:kern w:val="32"/>
          <w:sz w:val="24"/>
          <w:szCs w:val="24"/>
          <w:lang w:val="el-GR"/>
        </w:rPr>
        <w:t xml:space="preserve">ΣΥΛΛΟΓΟΣ ΕΚΠΑΙΔΕΥΤΙΚΩΝ Π. Ε. </w:t>
      </w:r>
    </w:p>
    <w:p w14:paraId="2C8FB5B8" w14:textId="77777777" w:rsidR="00EE3BF1" w:rsidRPr="00EE3BF1" w:rsidRDefault="00EE3BF1" w:rsidP="00EE3BF1">
      <w:pPr>
        <w:spacing w:after="0" w:line="240" w:lineRule="auto"/>
        <w:jc w:val="both"/>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         ΑΜΑΡΟΥΣΙΟΥ                                                                                                                                                                                                                 </w:t>
      </w:r>
      <w:r w:rsidRPr="00EE3BF1">
        <w:rPr>
          <w:rFonts w:ascii="Times New Roman" w:hAnsi="Times New Roman"/>
          <w:b/>
          <w:bCs/>
          <w:kern w:val="32"/>
          <w:sz w:val="24"/>
          <w:szCs w:val="24"/>
          <w:lang w:val="el-GR"/>
        </w:rPr>
        <w:t xml:space="preserve">Ταχ. Δ/νση: Μαραθωνοδρόμου 54                                        </w:t>
      </w:r>
      <w:r w:rsidRPr="00EE3BF1">
        <w:rPr>
          <w:rFonts w:ascii="Times New Roman" w:eastAsia="Times New Roman" w:hAnsi="Times New Roman"/>
          <w:b/>
          <w:kern w:val="32"/>
          <w:sz w:val="24"/>
          <w:szCs w:val="24"/>
          <w:lang w:val="el-GR"/>
        </w:rPr>
        <w:t>Μαρούσι 16 – 7 – 2026</w:t>
      </w:r>
      <w:r w:rsidRPr="00EE3BF1">
        <w:rPr>
          <w:rFonts w:ascii="Times New Roman" w:hAnsi="Times New Roman"/>
          <w:b/>
          <w:bCs/>
          <w:kern w:val="32"/>
          <w:sz w:val="24"/>
          <w:szCs w:val="24"/>
          <w:lang w:val="el-GR"/>
        </w:rPr>
        <w:t xml:space="preserve">                                                                                                                      </w:t>
      </w:r>
    </w:p>
    <w:p w14:paraId="203B0D77" w14:textId="77777777" w:rsidR="00EE3BF1" w:rsidRPr="00EE3BF1" w:rsidRDefault="00EE3BF1" w:rsidP="00EE3BF1">
      <w:pPr>
        <w:spacing w:after="0" w:line="240" w:lineRule="auto"/>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 Τ.Κ.  15124 Μαρούσι                                                    </w:t>
      </w:r>
      <w:r w:rsidR="009C4BB5">
        <w:rPr>
          <w:rFonts w:ascii="Times New Roman" w:hAnsi="Times New Roman"/>
          <w:b/>
          <w:bCs/>
          <w:kern w:val="2"/>
          <w:sz w:val="24"/>
          <w:szCs w:val="24"/>
          <w:lang w:val="el-GR"/>
        </w:rPr>
        <w:t xml:space="preserve">                   Αρ. Πρ. : 174</w:t>
      </w:r>
      <w:r w:rsidRPr="00EE3BF1">
        <w:rPr>
          <w:rFonts w:ascii="Times New Roman" w:hAnsi="Times New Roman"/>
          <w:b/>
          <w:bCs/>
          <w:kern w:val="2"/>
          <w:sz w:val="24"/>
          <w:szCs w:val="24"/>
          <w:lang w:val="el-GR"/>
        </w:rPr>
        <w:t xml:space="preserve">                                                    </w:t>
      </w:r>
    </w:p>
    <w:p w14:paraId="14805BDC" w14:textId="77777777" w:rsidR="00EE3BF1" w:rsidRPr="00EE3BF1" w:rsidRDefault="00EE3BF1" w:rsidP="00EE3BF1">
      <w:pPr>
        <w:spacing w:after="0" w:line="240" w:lineRule="auto"/>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 Τηλ. &amp; </w:t>
      </w:r>
      <w:r>
        <w:rPr>
          <w:rFonts w:ascii="Times New Roman" w:hAnsi="Times New Roman"/>
          <w:b/>
          <w:bCs/>
          <w:kern w:val="2"/>
          <w:sz w:val="24"/>
          <w:szCs w:val="24"/>
        </w:rPr>
        <w:t>Fax</w:t>
      </w:r>
      <w:r w:rsidRPr="00EE3BF1">
        <w:rPr>
          <w:rFonts w:ascii="Times New Roman" w:hAnsi="Times New Roman"/>
          <w:b/>
          <w:bCs/>
          <w:kern w:val="2"/>
          <w:sz w:val="24"/>
          <w:szCs w:val="24"/>
          <w:lang w:val="el-GR"/>
        </w:rPr>
        <w:t xml:space="preserve"> : 210 8020697 </w:t>
      </w:r>
    </w:p>
    <w:p w14:paraId="1B50C14B" w14:textId="77777777" w:rsidR="00EE3BF1" w:rsidRPr="00EE3BF1" w:rsidRDefault="00EE3BF1" w:rsidP="00EE3BF1">
      <w:pPr>
        <w:spacing w:after="0" w:line="240" w:lineRule="auto"/>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  Πληροφορίες: κος Πολυχρονιάδης Δ. (6945394406)                                                                  </w:t>
      </w:r>
    </w:p>
    <w:p w14:paraId="041420D5" w14:textId="77777777" w:rsidR="00EE3BF1" w:rsidRPr="00EE3BF1" w:rsidRDefault="00EE3BF1" w:rsidP="00EE3BF1">
      <w:pPr>
        <w:spacing w:after="0" w:line="240" w:lineRule="auto"/>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Δικτυακός τόπος: </w:t>
      </w:r>
      <w:r>
        <w:rPr>
          <w:rFonts w:ascii="Times New Roman" w:hAnsi="Times New Roman"/>
          <w:b/>
          <w:bCs/>
          <w:kern w:val="2"/>
          <w:sz w:val="24"/>
          <w:szCs w:val="24"/>
        </w:rPr>
        <w:t>http</w:t>
      </w:r>
      <w:r w:rsidRPr="00EE3BF1">
        <w:rPr>
          <w:rFonts w:ascii="Times New Roman" w:hAnsi="Times New Roman"/>
          <w:b/>
          <w:bCs/>
          <w:kern w:val="2"/>
          <w:sz w:val="24"/>
          <w:szCs w:val="24"/>
          <w:lang w:val="el-GR"/>
        </w:rPr>
        <w:t xml:space="preserve">//: </w:t>
      </w:r>
      <w:hyperlink r:id="rId6" w:history="1">
        <w:r>
          <w:rPr>
            <w:rStyle w:val="-"/>
            <w:rFonts w:ascii="Times New Roman" w:hAnsi="Times New Roman"/>
            <w:b/>
            <w:bCs/>
            <w:kern w:val="2"/>
            <w:sz w:val="24"/>
            <w:szCs w:val="24"/>
          </w:rPr>
          <w:t>www</w:t>
        </w:r>
        <w:r w:rsidRPr="00EE3BF1">
          <w:rPr>
            <w:rStyle w:val="-"/>
            <w:rFonts w:ascii="Times New Roman" w:hAnsi="Times New Roman"/>
            <w:b/>
            <w:bCs/>
            <w:kern w:val="2"/>
            <w:sz w:val="24"/>
            <w:szCs w:val="24"/>
            <w:lang w:val="el-GR"/>
          </w:rPr>
          <w:t>.</w:t>
        </w:r>
        <w:r>
          <w:rPr>
            <w:rStyle w:val="-"/>
            <w:rFonts w:ascii="Times New Roman" w:hAnsi="Times New Roman"/>
            <w:b/>
            <w:bCs/>
            <w:kern w:val="2"/>
            <w:sz w:val="24"/>
            <w:szCs w:val="24"/>
          </w:rPr>
          <w:t>syllogosekpaideutikonpeamarousiou</w:t>
        </w:r>
        <w:r w:rsidRPr="00EE3BF1">
          <w:rPr>
            <w:rStyle w:val="-"/>
            <w:rFonts w:ascii="Times New Roman" w:hAnsi="Times New Roman"/>
            <w:b/>
            <w:bCs/>
            <w:kern w:val="2"/>
            <w:sz w:val="24"/>
            <w:szCs w:val="24"/>
            <w:lang w:val="el-GR"/>
          </w:rPr>
          <w:t>.</w:t>
        </w:r>
        <w:r>
          <w:rPr>
            <w:rStyle w:val="-"/>
            <w:rFonts w:ascii="Times New Roman" w:hAnsi="Times New Roman"/>
            <w:b/>
            <w:bCs/>
            <w:kern w:val="2"/>
            <w:sz w:val="24"/>
            <w:szCs w:val="24"/>
          </w:rPr>
          <w:t>gr</w:t>
        </w:r>
      </w:hyperlink>
      <w:r w:rsidRPr="00EE3BF1">
        <w:rPr>
          <w:rFonts w:ascii="Times New Roman" w:hAnsi="Times New Roman"/>
          <w:b/>
          <w:bCs/>
          <w:kern w:val="2"/>
          <w:sz w:val="24"/>
          <w:szCs w:val="24"/>
          <w:lang w:val="el-GR"/>
        </w:rPr>
        <w:t xml:space="preserve">                                                                                      </w:t>
      </w:r>
    </w:p>
    <w:p w14:paraId="133C42E7" w14:textId="77777777" w:rsidR="00EE3BF1" w:rsidRPr="00EE3BF1" w:rsidRDefault="00EE3BF1" w:rsidP="00EE3BF1">
      <w:pPr>
        <w:spacing w:line="240" w:lineRule="auto"/>
        <w:rPr>
          <w:rFonts w:ascii="Times New Roman" w:hAnsi="Times New Roman"/>
          <w:b/>
          <w:bCs/>
          <w:kern w:val="2"/>
          <w:sz w:val="24"/>
          <w:szCs w:val="24"/>
          <w:lang w:val="el-GR"/>
        </w:rPr>
      </w:pPr>
    </w:p>
    <w:p w14:paraId="09DF6240" w14:textId="77777777" w:rsidR="00EE3BF1" w:rsidRPr="00EE3BF1" w:rsidRDefault="00EE3BF1" w:rsidP="00EE3BF1">
      <w:pPr>
        <w:spacing w:line="240" w:lineRule="auto"/>
        <w:jc w:val="right"/>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                                                                          ΠΡΟΣ:</w:t>
      </w:r>
      <w:r w:rsidRPr="00EE3BF1">
        <w:rPr>
          <w:rFonts w:ascii="Times New Roman" w:hAnsi="Times New Roman"/>
          <w:b/>
          <w:kern w:val="2"/>
          <w:sz w:val="24"/>
          <w:szCs w:val="24"/>
          <w:lang w:val="el-GR"/>
        </w:rPr>
        <w:t xml:space="preserve"> Τα μέλη του Συλλόγου μας</w:t>
      </w:r>
      <w:r w:rsidRPr="00EE3BF1">
        <w:rPr>
          <w:rFonts w:ascii="Times New Roman" w:hAnsi="Times New Roman"/>
          <w:b/>
          <w:bCs/>
          <w:kern w:val="2"/>
          <w:sz w:val="24"/>
          <w:szCs w:val="24"/>
          <w:lang w:val="el-GR"/>
        </w:rPr>
        <w:t xml:space="preserve"> </w:t>
      </w:r>
    </w:p>
    <w:p w14:paraId="59C8EBEB" w14:textId="77777777" w:rsidR="00EE3BF1" w:rsidRPr="00EE3BF1" w:rsidRDefault="00EE3BF1" w:rsidP="00EE3BF1">
      <w:pPr>
        <w:spacing w:line="240" w:lineRule="auto"/>
        <w:jc w:val="right"/>
        <w:rPr>
          <w:rFonts w:ascii="Times New Roman" w:hAnsi="Times New Roman"/>
          <w:b/>
          <w:kern w:val="2"/>
          <w:sz w:val="24"/>
          <w:szCs w:val="24"/>
          <w:lang w:val="el-GR"/>
        </w:rPr>
      </w:pPr>
      <w:r w:rsidRPr="00EE3BF1">
        <w:rPr>
          <w:rFonts w:ascii="Times New Roman" w:hAnsi="Times New Roman"/>
          <w:b/>
          <w:kern w:val="2"/>
          <w:sz w:val="24"/>
          <w:szCs w:val="24"/>
          <w:lang w:val="el-GR"/>
        </w:rPr>
        <w:t xml:space="preserve">                                                                                       Κοινοποίηση:  Δ.Ο.Ε.,</w:t>
      </w:r>
      <w:r>
        <w:rPr>
          <w:rFonts w:ascii="Times New Roman" w:hAnsi="Times New Roman"/>
          <w:b/>
          <w:kern w:val="2"/>
          <w:sz w:val="24"/>
          <w:szCs w:val="24"/>
          <w:lang w:val="el-GR"/>
        </w:rPr>
        <w:t xml:space="preserve"> Σύλλογο Εκπ/κών Π. Ε. (Δασκάλων &amp; Νηπιαγωγών) Χαλκίδας</w:t>
      </w:r>
      <w:r w:rsidRPr="00EE3BF1">
        <w:rPr>
          <w:rFonts w:ascii="Times New Roman" w:hAnsi="Times New Roman"/>
          <w:b/>
          <w:kern w:val="2"/>
          <w:sz w:val="24"/>
          <w:szCs w:val="24"/>
          <w:lang w:val="el-GR"/>
        </w:rPr>
        <w:t>,  Συλλόγους Εκπ/κών Π. Ε. της χώρας</w:t>
      </w:r>
    </w:p>
    <w:p w14:paraId="0C0F78D5" w14:textId="77777777" w:rsidR="0065134D" w:rsidRDefault="0065134D" w:rsidP="0065134D">
      <w:pPr>
        <w:spacing w:after="0" w:line="240" w:lineRule="auto"/>
        <w:jc w:val="both"/>
        <w:rPr>
          <w:rFonts w:ascii="Times New Roman" w:hAnsi="Times New Roman" w:cs="Times New Roman"/>
          <w:b/>
          <w:color w:val="auto"/>
          <w:sz w:val="24"/>
          <w:szCs w:val="24"/>
          <w:lang w:val="el-GR"/>
        </w:rPr>
      </w:pPr>
    </w:p>
    <w:p w14:paraId="489B2A6B" w14:textId="77777777" w:rsidR="00A745C7" w:rsidRDefault="00C033AF" w:rsidP="0065134D">
      <w:pPr>
        <w:spacing w:after="0" w:line="240" w:lineRule="auto"/>
        <w:jc w:val="center"/>
        <w:rPr>
          <w:rFonts w:ascii="Times New Roman" w:hAnsi="Times New Roman" w:cs="Times New Roman"/>
          <w:b/>
          <w:color w:val="auto"/>
          <w:sz w:val="24"/>
          <w:szCs w:val="24"/>
          <w:lang w:val="el-GR"/>
        </w:rPr>
      </w:pPr>
      <w:r w:rsidRPr="0065134D">
        <w:rPr>
          <w:rFonts w:ascii="Times New Roman" w:hAnsi="Times New Roman" w:cs="Times New Roman"/>
          <w:b/>
          <w:color w:val="auto"/>
          <w:sz w:val="24"/>
          <w:szCs w:val="24"/>
          <w:lang w:val="el-GR"/>
        </w:rPr>
        <w:t>ΨΗΦΙΣΜΑ ΣΥΜΠΑΡΑΣΤΑΣΗΣ</w:t>
      </w:r>
    </w:p>
    <w:p w14:paraId="03B716B4" w14:textId="77777777" w:rsidR="0065134D" w:rsidRPr="0065134D" w:rsidRDefault="0065134D" w:rsidP="0065134D">
      <w:pPr>
        <w:spacing w:after="0" w:line="240" w:lineRule="auto"/>
        <w:jc w:val="center"/>
        <w:rPr>
          <w:rFonts w:ascii="Times New Roman" w:hAnsi="Times New Roman" w:cs="Times New Roman"/>
          <w:b/>
          <w:color w:val="auto"/>
          <w:sz w:val="24"/>
          <w:szCs w:val="24"/>
          <w:lang w:val="el-GR"/>
        </w:rPr>
      </w:pPr>
    </w:p>
    <w:p w14:paraId="21EEA3FA" w14:textId="77777777" w:rsidR="0049173F" w:rsidRPr="0065134D" w:rsidRDefault="0094383F" w:rsidP="0065134D">
      <w:pPr>
        <w:spacing w:after="0" w:line="240" w:lineRule="auto"/>
        <w:jc w:val="both"/>
        <w:rPr>
          <w:rFonts w:ascii="Times New Roman" w:hAnsi="Times New Roman" w:cs="Times New Roman"/>
          <w:color w:val="auto"/>
          <w:sz w:val="24"/>
          <w:szCs w:val="24"/>
          <w:lang w:val="el-GR"/>
        </w:rPr>
      </w:pPr>
      <w:r w:rsidRPr="0065134D">
        <w:rPr>
          <w:rFonts w:ascii="Times New Roman" w:hAnsi="Times New Roman" w:cs="Times New Roman"/>
          <w:b/>
          <w:color w:val="auto"/>
          <w:sz w:val="24"/>
          <w:szCs w:val="24"/>
          <w:lang w:val="el-GR"/>
        </w:rPr>
        <w:t xml:space="preserve">Το </w:t>
      </w:r>
      <w:r w:rsidR="0065134D">
        <w:rPr>
          <w:rFonts w:ascii="Times New Roman" w:hAnsi="Times New Roman" w:cs="Times New Roman"/>
          <w:b/>
          <w:color w:val="auto"/>
          <w:sz w:val="24"/>
          <w:szCs w:val="24"/>
          <w:lang w:val="el-GR"/>
        </w:rPr>
        <w:t xml:space="preserve">Δ.Σ. του Σ. Ε. Π. Ε. Αμαρουσίου </w:t>
      </w:r>
      <w:r w:rsidR="00AC2F67" w:rsidRPr="0065134D">
        <w:rPr>
          <w:rFonts w:ascii="Times New Roman" w:hAnsi="Times New Roman" w:cs="Times New Roman"/>
          <w:b/>
          <w:color w:val="auto"/>
          <w:sz w:val="24"/>
          <w:szCs w:val="24"/>
          <w:lang w:val="el-GR"/>
        </w:rPr>
        <w:t xml:space="preserve"> </w:t>
      </w:r>
      <w:r w:rsidRPr="0065134D">
        <w:rPr>
          <w:rFonts w:ascii="Times New Roman" w:hAnsi="Times New Roman" w:cs="Times New Roman"/>
          <w:b/>
          <w:color w:val="auto"/>
          <w:sz w:val="24"/>
          <w:szCs w:val="24"/>
          <w:lang w:val="el-GR"/>
        </w:rPr>
        <w:t>εκφράζει την αμέριστη</w:t>
      </w:r>
      <w:r w:rsidR="0065134D">
        <w:rPr>
          <w:rFonts w:ascii="Times New Roman" w:hAnsi="Times New Roman" w:cs="Times New Roman"/>
          <w:b/>
          <w:color w:val="auto"/>
          <w:sz w:val="24"/>
          <w:szCs w:val="24"/>
          <w:lang w:val="el-GR"/>
        </w:rPr>
        <w:t xml:space="preserve"> συμπαράσταση και τη στήριξή του</w:t>
      </w:r>
      <w:r w:rsidRPr="0065134D">
        <w:rPr>
          <w:rFonts w:ascii="Times New Roman" w:hAnsi="Times New Roman" w:cs="Times New Roman"/>
          <w:b/>
          <w:color w:val="auto"/>
          <w:sz w:val="24"/>
          <w:szCs w:val="24"/>
          <w:lang w:val="el-GR"/>
        </w:rPr>
        <w:t xml:space="preserve"> στη συνάδελφο, μέλος του Δ.Σ. του Συλλόγου δασκάλων και Νηπιαγωγών Χαλκίδας, Μαρία Μαυροκεφαλίδου, η οποία καλείται σε απολογία από το Πρωτοβάθμιο Πειθαρχικό Συμβούλιο, ύστερα από δίωξη που ασκήθηκε σε βάρος της από τη ΔΙ.Π.Ε. Εύβοιας κατά το σχολικό έτος 2021</w:t>
      </w:r>
      <w:r w:rsidR="0065134D">
        <w:rPr>
          <w:rFonts w:ascii="Times New Roman" w:hAnsi="Times New Roman" w:cs="Times New Roman"/>
          <w:b/>
          <w:color w:val="auto"/>
          <w:sz w:val="24"/>
          <w:szCs w:val="24"/>
          <w:lang w:val="el-GR"/>
        </w:rPr>
        <w:t xml:space="preserve"> – </w:t>
      </w:r>
      <w:r w:rsidRPr="0065134D">
        <w:rPr>
          <w:rFonts w:ascii="Times New Roman" w:hAnsi="Times New Roman" w:cs="Times New Roman"/>
          <w:b/>
          <w:color w:val="auto"/>
          <w:sz w:val="24"/>
          <w:szCs w:val="24"/>
          <w:lang w:val="el-GR"/>
        </w:rPr>
        <w:t>2022, και τον τότε Διευθυντή Εκπαίδευσης.</w:t>
      </w:r>
    </w:p>
    <w:p w14:paraId="5B156438" w14:textId="77777777" w:rsidR="00F731D6" w:rsidRPr="0065134D" w:rsidRDefault="00F731D6" w:rsidP="0065134D">
      <w:pPr>
        <w:spacing w:after="0" w:line="240" w:lineRule="auto"/>
        <w:jc w:val="both"/>
        <w:rPr>
          <w:rFonts w:ascii="Times New Roman" w:hAnsi="Times New Roman" w:cs="Times New Roman"/>
          <w:color w:val="auto"/>
          <w:sz w:val="24"/>
          <w:szCs w:val="24"/>
          <w:lang w:val="el-GR"/>
        </w:rPr>
      </w:pPr>
      <w:r w:rsidRPr="0065134D">
        <w:rPr>
          <w:rFonts w:ascii="Times New Roman" w:hAnsi="Times New Roman" w:cs="Times New Roman"/>
          <w:color w:val="auto"/>
          <w:sz w:val="24"/>
          <w:szCs w:val="24"/>
          <w:lang w:val="el-GR"/>
        </w:rPr>
        <w:t>Η συνάδελφος διώκεται επειδή πρωτοστάτησε στο σχολείο που υπηρετούσε</w:t>
      </w:r>
      <w:r w:rsidR="001B05DC" w:rsidRPr="0065134D">
        <w:rPr>
          <w:rFonts w:ascii="Times New Roman" w:hAnsi="Times New Roman" w:cs="Times New Roman"/>
          <w:color w:val="auto"/>
          <w:sz w:val="24"/>
          <w:szCs w:val="24"/>
          <w:lang w:val="el-GR"/>
        </w:rPr>
        <w:t xml:space="preserve">, </w:t>
      </w:r>
      <w:r w:rsidRPr="0065134D">
        <w:rPr>
          <w:rFonts w:ascii="Times New Roman" w:hAnsi="Times New Roman" w:cs="Times New Roman"/>
          <w:color w:val="auto"/>
          <w:sz w:val="24"/>
          <w:szCs w:val="24"/>
          <w:lang w:val="el-GR"/>
        </w:rPr>
        <w:t>για να μην προχωρήσει η συγχώνευση δύο τμημάτων με 36 εγγεγραμμένους μαθητές, για να καλυφθεί το εκπαιδευτικό κενό που υπήρχε στο ένα από τα δύο τμήματα της ΣΤ' τάξης στο σχολείο της, αλλά και για την κάλυψη των κενών που υπήρχαν στα δύο τμήματα ΖΕΠ</w:t>
      </w:r>
      <w:r w:rsidR="001B05DC" w:rsidRPr="0065134D">
        <w:rPr>
          <w:rFonts w:ascii="Times New Roman" w:hAnsi="Times New Roman" w:cs="Times New Roman"/>
          <w:color w:val="auto"/>
          <w:sz w:val="24"/>
          <w:szCs w:val="24"/>
          <w:lang w:val="el-GR"/>
        </w:rPr>
        <w:t>.</w:t>
      </w:r>
    </w:p>
    <w:p w14:paraId="5EB28D3C" w14:textId="77777777" w:rsidR="0049173F" w:rsidRPr="0065134D" w:rsidRDefault="00F731D6" w:rsidP="0065134D">
      <w:pPr>
        <w:spacing w:after="0" w:line="240" w:lineRule="auto"/>
        <w:jc w:val="both"/>
        <w:rPr>
          <w:rFonts w:ascii="Times New Roman" w:hAnsi="Times New Roman" w:cs="Times New Roman"/>
          <w:color w:val="auto"/>
          <w:sz w:val="24"/>
          <w:szCs w:val="24"/>
          <w:lang w:val="el-GR"/>
        </w:rPr>
      </w:pPr>
      <w:r w:rsidRPr="0065134D">
        <w:rPr>
          <w:rFonts w:ascii="Times New Roman" w:hAnsi="Times New Roman" w:cs="Times New Roman"/>
          <w:color w:val="auto"/>
          <w:sz w:val="24"/>
          <w:szCs w:val="24"/>
          <w:lang w:val="el-GR"/>
        </w:rPr>
        <w:t>Διώκετα</w:t>
      </w:r>
      <w:r w:rsidR="009E1AEA" w:rsidRPr="0065134D">
        <w:rPr>
          <w:rFonts w:ascii="Times New Roman" w:hAnsi="Times New Roman" w:cs="Times New Roman"/>
          <w:color w:val="auto"/>
          <w:sz w:val="24"/>
          <w:szCs w:val="24"/>
          <w:lang w:val="el-GR"/>
        </w:rPr>
        <w:t xml:space="preserve">ι, </w:t>
      </w:r>
      <w:r w:rsidRPr="0065134D">
        <w:rPr>
          <w:rFonts w:ascii="Times New Roman" w:hAnsi="Times New Roman" w:cs="Times New Roman"/>
          <w:color w:val="auto"/>
          <w:sz w:val="24"/>
          <w:szCs w:val="24"/>
          <w:lang w:val="el-GR"/>
        </w:rPr>
        <w:t xml:space="preserve"> ακόμη, </w:t>
      </w:r>
      <w:r w:rsidR="00C033AF" w:rsidRPr="0065134D">
        <w:rPr>
          <w:rFonts w:ascii="Times New Roman" w:hAnsi="Times New Roman" w:cs="Times New Roman"/>
          <w:color w:val="auto"/>
          <w:sz w:val="24"/>
          <w:szCs w:val="24"/>
          <w:lang w:val="el-GR"/>
        </w:rPr>
        <w:t>επειδή επέλεξε τη συλλογική δράση μαζί με τον Σύλλογο Διδασκόντων και τους γονείς των μαθητών, διεκδικώντας την άμεση κάλυψη των κενών και ζητώντας εγγράφως ενημέρωση για τις εντολές της διοίκησης και τη νομιμότητά τους, χωρίς ποτέ να λάβει απάντηση.</w:t>
      </w:r>
    </w:p>
    <w:p w14:paraId="02E12F49" w14:textId="77777777" w:rsidR="0049173F" w:rsidRPr="0065134D" w:rsidRDefault="00C033AF" w:rsidP="0065134D">
      <w:pPr>
        <w:spacing w:after="0" w:line="240" w:lineRule="auto"/>
        <w:jc w:val="both"/>
        <w:rPr>
          <w:rFonts w:ascii="Times New Roman" w:hAnsi="Times New Roman" w:cs="Times New Roman"/>
          <w:color w:val="auto"/>
          <w:sz w:val="24"/>
          <w:szCs w:val="24"/>
          <w:lang w:val="el-GR"/>
        </w:rPr>
      </w:pPr>
      <w:r w:rsidRPr="0065134D">
        <w:rPr>
          <w:rFonts w:ascii="Times New Roman" w:hAnsi="Times New Roman" w:cs="Times New Roman"/>
          <w:color w:val="auto"/>
          <w:sz w:val="24"/>
          <w:szCs w:val="24"/>
          <w:lang w:val="el-GR"/>
        </w:rPr>
        <w:t>Αντί η ΔΙ.Π.Ε. και το Υπουργείο Παιδείας να προχωρ</w:t>
      </w:r>
      <w:r w:rsidR="002406E6" w:rsidRPr="0065134D">
        <w:rPr>
          <w:rFonts w:ascii="Times New Roman" w:hAnsi="Times New Roman" w:cs="Times New Roman"/>
          <w:color w:val="auto"/>
          <w:sz w:val="24"/>
          <w:szCs w:val="24"/>
          <w:lang w:val="el-GR"/>
        </w:rPr>
        <w:t>ούν</w:t>
      </w:r>
      <w:r w:rsidRPr="0065134D">
        <w:rPr>
          <w:rFonts w:ascii="Times New Roman" w:hAnsi="Times New Roman" w:cs="Times New Roman"/>
          <w:color w:val="auto"/>
          <w:sz w:val="24"/>
          <w:szCs w:val="24"/>
          <w:lang w:val="el-GR"/>
        </w:rPr>
        <w:t xml:space="preserve"> στην κάλυψη των αναγκών του σχολεί</w:t>
      </w:r>
      <w:r w:rsidR="002406E6" w:rsidRPr="0065134D">
        <w:rPr>
          <w:rFonts w:ascii="Times New Roman" w:hAnsi="Times New Roman" w:cs="Times New Roman"/>
          <w:color w:val="auto"/>
          <w:sz w:val="24"/>
          <w:szCs w:val="24"/>
          <w:lang w:val="el-GR"/>
        </w:rPr>
        <w:t>ων</w:t>
      </w:r>
      <w:r w:rsidRPr="0065134D">
        <w:rPr>
          <w:rFonts w:ascii="Times New Roman" w:hAnsi="Times New Roman" w:cs="Times New Roman"/>
          <w:color w:val="auto"/>
          <w:sz w:val="24"/>
          <w:szCs w:val="24"/>
          <w:lang w:val="el-GR"/>
        </w:rPr>
        <w:t xml:space="preserve"> και στην ουσιαστική στήριξη των μαθητών, </w:t>
      </w:r>
      <w:r w:rsidR="0040169C" w:rsidRPr="0065134D">
        <w:rPr>
          <w:rFonts w:ascii="Times New Roman" w:hAnsi="Times New Roman" w:cs="Times New Roman"/>
          <w:color w:val="auto"/>
          <w:sz w:val="24"/>
          <w:szCs w:val="24"/>
          <w:lang w:val="el-GR"/>
        </w:rPr>
        <w:t xml:space="preserve">επιλέγουν </w:t>
      </w:r>
      <w:r w:rsidRPr="0065134D">
        <w:rPr>
          <w:rFonts w:ascii="Times New Roman" w:hAnsi="Times New Roman" w:cs="Times New Roman"/>
          <w:color w:val="auto"/>
          <w:sz w:val="24"/>
          <w:szCs w:val="24"/>
          <w:lang w:val="el-GR"/>
        </w:rPr>
        <w:t>τη στοχοποίηση και τη δίωξη εκπαιδευτικ</w:t>
      </w:r>
      <w:r w:rsidR="009E1AEA" w:rsidRPr="0065134D">
        <w:rPr>
          <w:rFonts w:ascii="Times New Roman" w:hAnsi="Times New Roman" w:cs="Times New Roman"/>
          <w:color w:val="auto"/>
          <w:sz w:val="24"/>
          <w:szCs w:val="24"/>
          <w:lang w:val="el-GR"/>
        </w:rPr>
        <w:t>ών που υπερασπίστηκαν το</w:t>
      </w:r>
      <w:r w:rsidRPr="0065134D">
        <w:rPr>
          <w:rFonts w:ascii="Times New Roman" w:hAnsi="Times New Roman" w:cs="Times New Roman"/>
          <w:color w:val="auto"/>
          <w:sz w:val="24"/>
          <w:szCs w:val="24"/>
          <w:lang w:val="el-GR"/>
        </w:rPr>
        <w:t xml:space="preserve"> σχολείο και τα μορφωτικά δικαιώματα των παιδιών. </w:t>
      </w:r>
    </w:p>
    <w:p w14:paraId="13DFB9FF" w14:textId="77777777" w:rsidR="0049173F" w:rsidRPr="0065134D" w:rsidRDefault="00792DE0" w:rsidP="0065134D">
      <w:pPr>
        <w:spacing w:after="0" w:line="240" w:lineRule="auto"/>
        <w:jc w:val="both"/>
        <w:rPr>
          <w:rFonts w:ascii="Times New Roman" w:hAnsi="Times New Roman" w:cs="Times New Roman"/>
          <w:color w:val="auto"/>
          <w:sz w:val="24"/>
          <w:szCs w:val="24"/>
          <w:lang w:val="el-GR"/>
        </w:rPr>
      </w:pPr>
      <w:r w:rsidRPr="0065134D">
        <w:rPr>
          <w:rFonts w:ascii="Times New Roman" w:hAnsi="Times New Roman" w:cs="Times New Roman"/>
          <w:color w:val="auto"/>
          <w:sz w:val="24"/>
          <w:szCs w:val="24"/>
          <w:lang w:val="el-GR"/>
        </w:rPr>
        <w:t>Δε</w:t>
      </w:r>
      <w:r w:rsidR="00C033AF" w:rsidRPr="0065134D">
        <w:rPr>
          <w:rFonts w:ascii="Times New Roman" w:hAnsi="Times New Roman" w:cs="Times New Roman"/>
          <w:color w:val="auto"/>
          <w:sz w:val="24"/>
          <w:szCs w:val="24"/>
          <w:lang w:val="el-GR"/>
        </w:rPr>
        <w:t xml:space="preserve"> θα επιτρέψουμε να θεωρείται πειθαρχικό παράπτωμα η υπεράσπιση των μαθητών και η διεκδίκηση των αναγκαίων όρων για την εκπαίδευσή τους. Ο εκπαιδευτικός οφείλει να βρίσκεται δίπλα στους μαθητές του και να αγωνίζεται για την εξασφάλιση όλων των απαραίτητων προϋποθέσεων που υπηρετούν το παιδαγωγικό του έργο.</w:t>
      </w:r>
    </w:p>
    <w:p w14:paraId="08EF2124" w14:textId="77777777" w:rsidR="0049173F" w:rsidRPr="0065134D" w:rsidRDefault="00C033AF" w:rsidP="0065134D">
      <w:pPr>
        <w:spacing w:after="0" w:line="240" w:lineRule="auto"/>
        <w:jc w:val="both"/>
        <w:rPr>
          <w:rFonts w:ascii="Times New Roman" w:hAnsi="Times New Roman" w:cs="Times New Roman"/>
          <w:color w:val="auto"/>
          <w:sz w:val="24"/>
          <w:szCs w:val="24"/>
        </w:rPr>
      </w:pPr>
      <w:r w:rsidRPr="0065134D">
        <w:rPr>
          <w:rFonts w:ascii="Times New Roman" w:hAnsi="Times New Roman" w:cs="Times New Roman"/>
          <w:b/>
          <w:color w:val="auto"/>
          <w:sz w:val="24"/>
          <w:szCs w:val="24"/>
        </w:rPr>
        <w:t>ΑΠΑΙΤΟΥΜΕ</w:t>
      </w:r>
    </w:p>
    <w:p w14:paraId="58D720B8" w14:textId="77777777" w:rsidR="0049173F" w:rsidRPr="0065134D" w:rsidRDefault="00C033AF" w:rsidP="0065134D">
      <w:pPr>
        <w:pStyle w:val="a0"/>
        <w:spacing w:after="0" w:line="240" w:lineRule="auto"/>
        <w:jc w:val="both"/>
        <w:rPr>
          <w:rFonts w:ascii="Times New Roman" w:hAnsi="Times New Roman" w:cs="Times New Roman"/>
          <w:sz w:val="24"/>
          <w:szCs w:val="24"/>
          <w:lang w:val="el-GR"/>
        </w:rPr>
      </w:pPr>
      <w:r w:rsidRPr="0065134D">
        <w:rPr>
          <w:rFonts w:ascii="Times New Roman" w:hAnsi="Times New Roman" w:cs="Times New Roman"/>
          <w:sz w:val="24"/>
          <w:szCs w:val="24"/>
          <w:lang w:val="el-GR"/>
        </w:rPr>
        <w:t>Να σταματήσει άμεσα η άδικη δίωξη της συναδέλφισσας.</w:t>
      </w:r>
    </w:p>
    <w:p w14:paraId="500F06FD" w14:textId="77777777" w:rsidR="0049173F" w:rsidRPr="0065134D" w:rsidRDefault="00C033AF" w:rsidP="0065134D">
      <w:pPr>
        <w:pStyle w:val="a0"/>
        <w:spacing w:after="0" w:line="240" w:lineRule="auto"/>
        <w:jc w:val="both"/>
        <w:rPr>
          <w:rFonts w:ascii="Times New Roman" w:hAnsi="Times New Roman" w:cs="Times New Roman"/>
          <w:sz w:val="24"/>
          <w:szCs w:val="24"/>
          <w:lang w:val="el-GR"/>
        </w:rPr>
      </w:pPr>
      <w:r w:rsidRPr="0065134D">
        <w:rPr>
          <w:rFonts w:ascii="Times New Roman" w:hAnsi="Times New Roman" w:cs="Times New Roman"/>
          <w:sz w:val="24"/>
          <w:szCs w:val="24"/>
          <w:lang w:val="el-GR"/>
        </w:rPr>
        <w:t>Άμεση κάλυψη όλων των κενών με μόνιμους διορισμούς από την 1η Σεπτεμβρίου.</w:t>
      </w:r>
    </w:p>
    <w:p w14:paraId="6B8BF113" w14:textId="77777777" w:rsidR="0049173F" w:rsidRPr="0065134D" w:rsidRDefault="00C033AF" w:rsidP="0065134D">
      <w:pPr>
        <w:pStyle w:val="a0"/>
        <w:spacing w:after="0" w:line="240" w:lineRule="auto"/>
        <w:jc w:val="both"/>
        <w:rPr>
          <w:rFonts w:ascii="Times New Roman" w:hAnsi="Times New Roman" w:cs="Times New Roman"/>
          <w:sz w:val="24"/>
          <w:szCs w:val="24"/>
          <w:lang w:val="el-GR"/>
        </w:rPr>
      </w:pPr>
      <w:r w:rsidRPr="0065134D">
        <w:rPr>
          <w:rFonts w:ascii="Times New Roman" w:hAnsi="Times New Roman" w:cs="Times New Roman"/>
          <w:sz w:val="24"/>
          <w:szCs w:val="24"/>
          <w:lang w:val="el-GR"/>
        </w:rPr>
        <w:t>Άμεση κάλυψη κάθε κενού που προκύπτει κατά τη διάρκεια της σχολικής χρονιάς.</w:t>
      </w:r>
    </w:p>
    <w:p w14:paraId="72AC4595" w14:textId="77777777" w:rsidR="00A745C7" w:rsidRPr="00D73E53" w:rsidRDefault="00C033AF" w:rsidP="0065134D">
      <w:pPr>
        <w:pStyle w:val="a0"/>
        <w:spacing w:after="0" w:line="240" w:lineRule="auto"/>
        <w:jc w:val="both"/>
        <w:rPr>
          <w:rFonts w:ascii="Times New Roman" w:hAnsi="Times New Roman" w:cs="Times New Roman"/>
          <w:sz w:val="24"/>
          <w:szCs w:val="24"/>
          <w:lang w:val="el-GR"/>
        </w:rPr>
      </w:pPr>
      <w:r w:rsidRPr="0065134D">
        <w:rPr>
          <w:rFonts w:ascii="Times New Roman" w:hAnsi="Times New Roman" w:cs="Times New Roman"/>
          <w:sz w:val="24"/>
          <w:szCs w:val="24"/>
          <w:lang w:val="el-GR"/>
        </w:rPr>
        <w:t>Μείωση του αριθμού των μαθητών ανά τάξη, με ανώτατο όριο τους 15 μαθητές στις μικρές τάξεις και τους 20 στις μεγαλύτερες.</w:t>
      </w:r>
      <w:r w:rsidR="00A745C7" w:rsidRPr="0065134D">
        <w:rPr>
          <w:rFonts w:ascii="Times New Roman" w:hAnsi="Times New Roman" w:cs="Times New Roman"/>
          <w:b/>
          <w:noProof/>
          <w:sz w:val="24"/>
          <w:szCs w:val="24"/>
          <w:lang w:val="el-GR" w:eastAsia="el-GR"/>
        </w:rPr>
        <w:t xml:space="preserve"> </w:t>
      </w:r>
    </w:p>
    <w:p w14:paraId="55F663AF" w14:textId="77777777" w:rsidR="00D73E53" w:rsidRDefault="00D73E53" w:rsidP="00D73E53">
      <w:pPr>
        <w:pStyle w:val="a0"/>
        <w:numPr>
          <w:ilvl w:val="0"/>
          <w:numId w:val="0"/>
        </w:numPr>
        <w:spacing w:after="0" w:line="240" w:lineRule="auto"/>
        <w:ind w:left="360" w:hanging="360"/>
        <w:jc w:val="both"/>
        <w:rPr>
          <w:rFonts w:ascii="Times New Roman" w:hAnsi="Times New Roman" w:cs="Times New Roman"/>
          <w:b/>
          <w:noProof/>
          <w:sz w:val="24"/>
          <w:szCs w:val="24"/>
          <w:lang w:val="el-GR" w:eastAsia="el-GR"/>
        </w:rPr>
      </w:pPr>
    </w:p>
    <w:p w14:paraId="685B0278" w14:textId="77777777" w:rsidR="00D73E53" w:rsidRDefault="00D73E53" w:rsidP="00D73E53">
      <w:pPr>
        <w:pStyle w:val="a0"/>
        <w:numPr>
          <w:ilvl w:val="0"/>
          <w:numId w:val="0"/>
        </w:numPr>
        <w:spacing w:after="0" w:line="240" w:lineRule="auto"/>
        <w:ind w:left="360" w:hanging="360"/>
        <w:jc w:val="center"/>
        <w:rPr>
          <w:rFonts w:ascii="Times New Roman" w:hAnsi="Times New Roman" w:cs="Times New Roman"/>
          <w:b/>
          <w:noProof/>
          <w:sz w:val="24"/>
          <w:szCs w:val="24"/>
          <w:lang w:val="el-GR" w:eastAsia="el-GR"/>
        </w:rPr>
      </w:pPr>
      <w:r>
        <w:rPr>
          <w:noProof/>
          <w:lang w:val="el-GR" w:eastAsia="el-GR"/>
        </w:rPr>
        <w:drawing>
          <wp:inline distT="0" distB="0" distL="0" distR="0" wp14:anchorId="53669AF7" wp14:editId="047CE3A5">
            <wp:extent cx="5274310" cy="1741805"/>
            <wp:effectExtent l="0" t="0" r="2540" b="0"/>
            <wp:docPr id="1" name="Picture 1" descr="Scan0004"/>
            <wp:cNvGraphicFramePr/>
            <a:graphic xmlns:a="http://schemas.openxmlformats.org/drawingml/2006/main">
              <a:graphicData uri="http://schemas.openxmlformats.org/drawingml/2006/picture">
                <pic:pic xmlns:pic="http://schemas.openxmlformats.org/drawingml/2006/picture">
                  <pic:nvPicPr>
                    <pic:cNvPr id="1" name="Picture 1" descr="Scan0004"/>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741805"/>
                    </a:xfrm>
                    <a:prstGeom prst="rect">
                      <a:avLst/>
                    </a:prstGeom>
                    <a:noFill/>
                    <a:ln>
                      <a:noFill/>
                    </a:ln>
                  </pic:spPr>
                </pic:pic>
              </a:graphicData>
            </a:graphic>
          </wp:inline>
        </w:drawing>
      </w:r>
    </w:p>
    <w:p w14:paraId="067AA3E4" w14:textId="77777777" w:rsidR="00D73E53" w:rsidRPr="0065134D" w:rsidRDefault="00D73E53" w:rsidP="00D73E53">
      <w:pPr>
        <w:pStyle w:val="a0"/>
        <w:numPr>
          <w:ilvl w:val="0"/>
          <w:numId w:val="0"/>
        </w:numPr>
        <w:spacing w:after="0" w:line="240" w:lineRule="auto"/>
        <w:ind w:left="360" w:hanging="360"/>
        <w:jc w:val="center"/>
        <w:rPr>
          <w:rFonts w:ascii="Times New Roman" w:hAnsi="Times New Roman" w:cs="Times New Roman"/>
          <w:sz w:val="24"/>
          <w:szCs w:val="24"/>
          <w:lang w:val="el-GR"/>
        </w:rPr>
      </w:pPr>
    </w:p>
    <w:p w14:paraId="29EE23B1" w14:textId="77777777" w:rsidR="00A745C7" w:rsidRPr="0065134D" w:rsidRDefault="00A745C7" w:rsidP="0065134D">
      <w:pPr>
        <w:pStyle w:val="a0"/>
        <w:numPr>
          <w:ilvl w:val="0"/>
          <w:numId w:val="0"/>
        </w:numPr>
        <w:spacing w:after="0" w:line="240" w:lineRule="auto"/>
        <w:ind w:left="360" w:hanging="360"/>
        <w:jc w:val="both"/>
        <w:rPr>
          <w:rFonts w:ascii="Times New Roman" w:hAnsi="Times New Roman" w:cs="Times New Roman"/>
          <w:sz w:val="24"/>
          <w:szCs w:val="24"/>
          <w:lang w:val="el-GR"/>
        </w:rPr>
      </w:pPr>
    </w:p>
    <w:p w14:paraId="2FDC0A2E" w14:textId="77777777" w:rsidR="00A745C7" w:rsidRPr="0065134D" w:rsidRDefault="00A745C7" w:rsidP="0065134D">
      <w:pPr>
        <w:pStyle w:val="a0"/>
        <w:numPr>
          <w:ilvl w:val="0"/>
          <w:numId w:val="0"/>
        </w:numPr>
        <w:spacing w:after="0" w:line="240" w:lineRule="auto"/>
        <w:ind w:left="360" w:hanging="360"/>
        <w:jc w:val="both"/>
        <w:rPr>
          <w:rFonts w:ascii="Times New Roman" w:hAnsi="Times New Roman" w:cs="Times New Roman"/>
          <w:sz w:val="24"/>
          <w:szCs w:val="24"/>
          <w:lang w:val="el-GR"/>
        </w:rPr>
      </w:pPr>
    </w:p>
    <w:p w14:paraId="277F4820" w14:textId="77777777" w:rsidR="00A745C7" w:rsidRPr="0065134D" w:rsidRDefault="00A745C7" w:rsidP="0065134D">
      <w:pPr>
        <w:pStyle w:val="a0"/>
        <w:numPr>
          <w:ilvl w:val="0"/>
          <w:numId w:val="0"/>
        </w:numPr>
        <w:spacing w:after="0" w:line="240" w:lineRule="auto"/>
        <w:ind w:left="360" w:hanging="360"/>
        <w:jc w:val="both"/>
        <w:rPr>
          <w:rFonts w:ascii="Times New Roman" w:hAnsi="Times New Roman" w:cs="Times New Roman"/>
          <w:sz w:val="24"/>
          <w:szCs w:val="24"/>
          <w:lang w:val="el-GR"/>
        </w:rPr>
      </w:pPr>
    </w:p>
    <w:sectPr w:rsidR="00A745C7" w:rsidRPr="0065134D" w:rsidSect="00E172C6">
      <w:pgSz w:w="12240" w:h="15840"/>
      <w:pgMar w:top="1135" w:right="1183" w:bottom="1135"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ACF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36131573">
    <w:abstractNumId w:val="8"/>
  </w:num>
  <w:num w:numId="2" w16cid:durableId="2121605921">
    <w:abstractNumId w:val="6"/>
  </w:num>
  <w:num w:numId="3" w16cid:durableId="371661294">
    <w:abstractNumId w:val="5"/>
  </w:num>
  <w:num w:numId="4" w16cid:durableId="306982954">
    <w:abstractNumId w:val="4"/>
  </w:num>
  <w:num w:numId="5" w16cid:durableId="141120916">
    <w:abstractNumId w:val="7"/>
  </w:num>
  <w:num w:numId="6" w16cid:durableId="1815683170">
    <w:abstractNumId w:val="3"/>
  </w:num>
  <w:num w:numId="7" w16cid:durableId="72556031">
    <w:abstractNumId w:val="2"/>
  </w:num>
  <w:num w:numId="8" w16cid:durableId="605313950">
    <w:abstractNumId w:val="1"/>
  </w:num>
  <w:num w:numId="9" w16cid:durableId="2010668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3"/>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187D95"/>
    <w:rsid w:val="001B05DC"/>
    <w:rsid w:val="001F0C51"/>
    <w:rsid w:val="002406E6"/>
    <w:rsid w:val="0029639D"/>
    <w:rsid w:val="00326F90"/>
    <w:rsid w:val="00383E61"/>
    <w:rsid w:val="003A217C"/>
    <w:rsid w:val="003B42C1"/>
    <w:rsid w:val="0040169C"/>
    <w:rsid w:val="0049173F"/>
    <w:rsid w:val="004D69FD"/>
    <w:rsid w:val="0056247F"/>
    <w:rsid w:val="0065134D"/>
    <w:rsid w:val="00792DE0"/>
    <w:rsid w:val="0082738F"/>
    <w:rsid w:val="00936697"/>
    <w:rsid w:val="0094383F"/>
    <w:rsid w:val="009C4BB5"/>
    <w:rsid w:val="009E1AEA"/>
    <w:rsid w:val="00A64835"/>
    <w:rsid w:val="00A745C7"/>
    <w:rsid w:val="00AA1D8D"/>
    <w:rsid w:val="00AC2F67"/>
    <w:rsid w:val="00AC533B"/>
    <w:rsid w:val="00B47730"/>
    <w:rsid w:val="00BA72CC"/>
    <w:rsid w:val="00BC3533"/>
    <w:rsid w:val="00C033AF"/>
    <w:rsid w:val="00CB0664"/>
    <w:rsid w:val="00D73E53"/>
    <w:rsid w:val="00E172C6"/>
    <w:rsid w:val="00ED7740"/>
    <w:rsid w:val="00EE3BF1"/>
    <w:rsid w:val="00F731D6"/>
    <w:rsid w:val="00FC69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B8670B"/>
  <w15:docId w15:val="{FE2AFDBC-1310-421F-83C7-E3C654E3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60" w:line="300" w:lineRule="auto"/>
    </w:pPr>
    <w:rPr>
      <w:rFonts w:ascii="Calibri" w:hAnsi="Calibri"/>
      <w:color w:val="333333"/>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Ανοιχτόχρωμη σκίαση1"/>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Ανοιχτόχρωμη σκίαση - Έμφαση 1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Ανοιχτόχρωμη λίστα1"/>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Ανοιχτόχρωμη λίστα - ΄Εμφαση 1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
    <w:name w:val="Ανοιχτόχρωμο πλέγμα1"/>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Ανοιχτόχρωμο πλέγμα - ΄Εμφαση 1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Μεσαία σκίαση 1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Μεσαία σκίαση 1 - ΄Εμφαση 1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Μεσαία σκίαση 2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Μεσαία σκίαση 2 - ΄Εμφαση 1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λίστα 1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Μεσαία λίστα 1 - ΄Εμφαση 1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Μεσαία λίστα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Μεσαίο πλέγμα 1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Μεσαίο πλέγμα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Μεσαίο πλέγμα 3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3">
    <w:name w:val="Σκουρόχρωμη λίστα1"/>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4">
    <w:name w:val="Πολύχρωμη σκίαση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5">
    <w:name w:val="Πολύχρωμη λίστα1"/>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6">
    <w:name w:val="Πολύχρωμο πλέγμα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b">
    <w:name w:val="Balloon Text"/>
    <w:basedOn w:val="a1"/>
    <w:link w:val="Char7"/>
    <w:uiPriority w:val="99"/>
    <w:semiHidden/>
    <w:unhideWhenUsed/>
    <w:rsid w:val="0056247F"/>
    <w:pPr>
      <w:spacing w:after="0" w:line="240" w:lineRule="auto"/>
    </w:pPr>
    <w:rPr>
      <w:rFonts w:ascii="Tahoma" w:hAnsi="Tahoma" w:cs="Tahoma"/>
      <w:sz w:val="16"/>
      <w:szCs w:val="16"/>
    </w:rPr>
  </w:style>
  <w:style w:type="character" w:customStyle="1" w:styleId="Char7">
    <w:name w:val="Κείμενο πλαισίου Char"/>
    <w:basedOn w:val="a2"/>
    <w:link w:val="afb"/>
    <w:uiPriority w:val="99"/>
    <w:semiHidden/>
    <w:rsid w:val="0056247F"/>
    <w:rPr>
      <w:rFonts w:ascii="Tahoma" w:hAnsi="Tahoma" w:cs="Tahoma"/>
      <w:color w:val="333333"/>
      <w:sz w:val="16"/>
      <w:szCs w:val="16"/>
    </w:rPr>
  </w:style>
  <w:style w:type="character" w:styleId="-">
    <w:name w:val="Hyperlink"/>
    <w:basedOn w:val="a2"/>
    <w:uiPriority w:val="99"/>
    <w:semiHidden/>
    <w:unhideWhenUsed/>
    <w:rsid w:val="00EE3B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8922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image" Target="media/image1.jpeg"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http://www.syllogosekpaideutikonpeamarousiou.gr/" TargetMode="Externa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621FF-BC2E-47B7-8D36-A57409BC050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2709</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george kokkinomiliotis</cp:lastModifiedBy>
  <cp:revision>2</cp:revision>
  <dcterms:created xsi:type="dcterms:W3CDTF">2026-07-17T10:23:00Z</dcterms:created>
  <dcterms:modified xsi:type="dcterms:W3CDTF">2026-07-17T10:23:00Z</dcterms:modified>
</cp:coreProperties>
</file>